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Southbury Arts and Culture Calendar</w:t>
      </w:r>
    </w:p>
    <w:p>
      <w:pPr>
        <w:pStyle w:val="Subtitle"/>
      </w:pPr>
      <w:r>
        <w:t>September 2026 | Text version</w:t>
      </w:r>
    </w:p>
    <w:p>
      <w:r>
        <w:t>Provided as a courtesy by the Southbury Arts and Culture Alliance (SACA). Not all events are listed. Please consult the hosting organization for registration and the most current information. Dates are in September 2026 unless otherwise noted.</w:t>
      </w:r>
    </w:p>
    <w:p>
      <w:r>
        <w:t xml:space="preserve">Contact: </w:t>
      </w:r>
      <w:hyperlink r:id="rId9">
        <w:r>
          <w:rPr>
            <w:u w:val="single"/>
          </w:rPr>
          <w:t>info@southburyartsandculturealliance.org</w:t>
        </w:r>
      </w:hyperlink>
    </w:p>
    <w:p>
      <w:pPr>
        <w:pStyle w:val="Heading1"/>
      </w:pPr>
      <w:r>
        <w:t>Alaska Company</w:t>
      </w:r>
    </w:p>
    <w:p>
      <w:pPr>
        <w:keepNext/>
      </w:pPr>
      <w:hyperlink r:id="rId10">
        <w:r>
          <w:rPr>
            <w:u w:val="single"/>
          </w:rPr>
          <w:t>Alaska Company — event information</w:t>
        </w:r>
      </w:hyperlink>
    </w:p>
    <w:p>
      <w:pPr>
        <w:keepLines/>
      </w:pPr>
      <w:r>
        <w:t>September 26: Hal and Dave Alive and Pickin’ music. 5:00 p.m.</w:t>
      </w:r>
    </w:p>
    <w:p>
      <w:pPr>
        <w:pStyle w:val="Heading1"/>
      </w:pPr>
      <w:r>
        <w:t>Barnes and Noble</w:t>
      </w:r>
    </w:p>
    <w:p>
      <w:pPr>
        <w:keepNext/>
      </w:pPr>
      <w:hyperlink r:id="rId11">
        <w:r>
          <w:rPr>
            <w:u w:val="single"/>
          </w:rPr>
          <w:t>Barnes and Noble — event information</w:t>
        </w:r>
      </w:hyperlink>
    </w:p>
    <w:p>
      <w:pPr>
        <w:keepLines/>
      </w:pPr>
      <w:r>
        <w:t>Saturdays: Storytime. 11:00 a.m.</w:t>
      </w:r>
    </w:p>
    <w:p>
      <w:pPr>
        <w:keepLines/>
      </w:pPr>
      <w:r>
        <w:t>September 21: Charlotte McConaghy discusses Wild Dark Shore. Virtual. 7:00 p.m.</w:t>
      </w:r>
    </w:p>
    <w:p>
      <w:pPr>
        <w:keepLines/>
      </w:pPr>
      <w:r>
        <w:t>September 29: Madeline Miller Author Event. Virtual. 2:00 p.m.</w:t>
      </w:r>
    </w:p>
    <w:p>
      <w:pPr>
        <w:keepLines/>
      </w:pPr>
      <w:r>
        <w:t>September 29: Ann Cleeves celebrates The Dying Light with Mick Herron. Virtual. 3:00 p.m.</w:t>
      </w:r>
    </w:p>
    <w:p>
      <w:pPr>
        <w:pStyle w:val="Heading1"/>
      </w:pPr>
      <w:r>
        <w:t>Brunch House 1850</w:t>
      </w:r>
    </w:p>
    <w:p>
      <w:pPr>
        <w:keepNext/>
      </w:pPr>
      <w:hyperlink r:id="rId12">
        <w:r>
          <w:rPr>
            <w:u w:val="single"/>
          </w:rPr>
          <w:t>Brunch House 1850 — event information</w:t>
        </w:r>
      </w:hyperlink>
    </w:p>
    <w:p>
      <w:pPr>
        <w:keepLines/>
      </w:pPr>
      <w:r>
        <w:t>Fridays: Music Bingo. 4:00 to 6:00 p.m.</w:t>
      </w:r>
    </w:p>
    <w:p>
      <w:pPr>
        <w:keepLines/>
      </w:pPr>
      <w:r>
        <w:t>Last Monday of the month: 90’s Hip Hop Brunch with DJ Tim B. 11:00 a.m. to 2:00 p.m.</w:t>
      </w:r>
    </w:p>
    <w:p>
      <w:pPr>
        <w:pStyle w:val="Heading1"/>
      </w:pPr>
      <w:r>
        <w:t>Christ the Redeemer Church</w:t>
      </w:r>
    </w:p>
    <w:p>
      <w:pPr>
        <w:keepNext/>
      </w:pPr>
      <w:hyperlink r:id="rId13">
        <w:r>
          <w:rPr>
            <w:u w:val="single"/>
          </w:rPr>
          <w:t>Christ the Redeemer Church — event information</w:t>
        </w:r>
      </w:hyperlink>
    </w:p>
    <w:p>
      <w:pPr>
        <w:keepLines/>
      </w:pPr>
      <w:r>
        <w:t>September 21: Outdoor Family Movie Night — Finding Nemo. 7:30 p.m.</w:t>
      </w:r>
    </w:p>
    <w:p>
      <w:pPr>
        <w:pStyle w:val="Heading1"/>
      </w:pPr>
      <w:r>
        <w:t>Cottage at Main</w:t>
      </w:r>
    </w:p>
    <w:p>
      <w:pPr>
        <w:keepNext/>
      </w:pPr>
      <w:hyperlink r:id="rId14">
        <w:r>
          <w:rPr>
            <w:u w:val="single"/>
          </w:rPr>
          <w:t>Cottage at Main — event information</w:t>
        </w:r>
      </w:hyperlink>
    </w:p>
    <w:p>
      <w:pPr>
        <w:keepLines/>
      </w:pPr>
      <w:r>
        <w:t>Fridays: Gentle Yoga. 4:30 p.m.</w:t>
      </w:r>
    </w:p>
    <w:p>
      <w:pPr>
        <w:keepLines/>
      </w:pPr>
      <w:r>
        <w:t>Saturdays: Gentle Yoga. 10:00 a.m.</w:t>
      </w:r>
    </w:p>
    <w:p>
      <w:pPr>
        <w:keepLines/>
      </w:pPr>
      <w:r>
        <w:t>Mondays: Zentangle Workshop. 5:30 to 7:00 p.m.</w:t>
      </w:r>
    </w:p>
    <w:p>
      <w:pPr>
        <w:keepLines/>
      </w:pPr>
      <w:r>
        <w:t>Third Thursday of the month: Zentangle Workshop. 1:00 to 2:30 p.m.</w:t>
      </w:r>
    </w:p>
    <w:p>
      <w:pPr>
        <w:keepLines/>
      </w:pPr>
      <w:r>
        <w:t>September 9: Halloween House. 11:00 a.m. to 1:00 p.m.</w:t>
      </w:r>
    </w:p>
    <w:p>
      <w:pPr>
        <w:keepLines/>
      </w:pPr>
      <w:r>
        <w:t>September 9: Autumn Rag Wreath with Lizzie. 5:00 to 7:00 p.m.</w:t>
      </w:r>
    </w:p>
    <w:p>
      <w:pPr>
        <w:keepLines/>
      </w:pPr>
      <w:r>
        <w:t>September 10: Pop Art Purse or Trinket Box. 11:00 a.m. to 1:00 p.m.</w:t>
      </w:r>
    </w:p>
    <w:p>
      <w:pPr>
        <w:keepLines/>
      </w:pPr>
      <w:r>
        <w:t>September 10: Succulent Garden. 4:30 to 5:30 p.m.</w:t>
      </w:r>
    </w:p>
    <w:p>
      <w:pPr>
        <w:keepLines/>
      </w:pPr>
      <w:r>
        <w:t>September 20: Junk Journal Scrappy September — Create a Journal. 11:00 a.m. to 2:00 p.m.</w:t>
      </w:r>
    </w:p>
    <w:p>
      <w:pPr>
        <w:keepLines/>
      </w:pPr>
      <w:r>
        <w:t>September 23: Repurposed Jewelry Art Workshop. 6:00 to 7:30 p.m.</w:t>
      </w:r>
    </w:p>
    <w:p>
      <w:pPr>
        <w:keepLines/>
      </w:pPr>
      <w:r>
        <w:t>September 24: Pour Painting Tinfoil Dip Technique. 5:00 to 6:30 p.m.</w:t>
      </w:r>
    </w:p>
    <w:p>
      <w:pPr>
        <w:keepLines/>
      </w:pPr>
      <w:r>
        <w:t>September 25: Kinusiaga Art. 11:00 a.m. to 1:00 p.m.</w:t>
      </w:r>
    </w:p>
    <w:p>
      <w:pPr>
        <w:keepLines/>
      </w:pPr>
      <w:r>
        <w:t>September 27: Zentangle meets Junk Journaling. 11:00 a.m. to 1:30 p.m.</w:t>
      </w:r>
    </w:p>
    <w:p>
      <w:pPr>
        <w:pStyle w:val="Heading1"/>
      </w:pPr>
      <w:r>
        <w:t>Galletto and Guzman Dance</w:t>
      </w:r>
    </w:p>
    <w:p>
      <w:pPr>
        <w:keepNext/>
      </w:pPr>
      <w:hyperlink r:id="rId15">
        <w:r>
          <w:rPr>
            <w:u w:val="single"/>
          </w:rPr>
          <w:t>Galletto and Guzman Dance — event information</w:t>
        </w:r>
      </w:hyperlink>
    </w:p>
    <w:p>
      <w:pPr>
        <w:keepLines/>
      </w:pPr>
      <w:r>
        <w:t>Wednesdays: Tango Classes at Southbury Senior Center. 10:30 a.m.</w:t>
      </w:r>
    </w:p>
    <w:p>
      <w:pPr>
        <w:keepLines/>
      </w:pPr>
      <w:r>
        <w:t>Saturdays: Tango Classes at 170 Flood Bridge Road. 6:00 p.m.</w:t>
      </w:r>
    </w:p>
    <w:p>
      <w:pPr>
        <w:pStyle w:val="Heading1"/>
      </w:pPr>
      <w:r>
        <w:t>Heritage Hotel Tavern</w:t>
      </w:r>
    </w:p>
    <w:p>
      <w:pPr>
        <w:keepNext/>
      </w:pPr>
      <w:hyperlink r:id="rId16">
        <w:r>
          <w:rPr>
            <w:u w:val="single"/>
          </w:rPr>
          <w:t>Heritage Hotel Tavern — event information</w:t>
        </w:r>
      </w:hyperlink>
    </w:p>
    <w:p>
      <w:pPr>
        <w:keepLines/>
      </w:pPr>
      <w:r>
        <w:t>Thursdays: Tavern Trivia. 7:00 p.m.</w:t>
      </w:r>
    </w:p>
    <w:p>
      <w:pPr>
        <w:pStyle w:val="Heading1"/>
      </w:pPr>
      <w:r>
        <w:t>Press Box Theater</w:t>
      </w:r>
    </w:p>
    <w:p>
      <w:pPr>
        <w:keepNext/>
      </w:pPr>
      <w:hyperlink r:id="rId17">
        <w:r>
          <w:rPr>
            <w:u w:val="single"/>
          </w:rPr>
          <w:t>Press Box Theater — event information</w:t>
        </w:r>
      </w:hyperlink>
    </w:p>
    <w:p>
      <w:pPr>
        <w:keepLines/>
      </w:pPr>
      <w:r>
        <w:t>September 11 through 20: Performances of the comedy play Harvey. Performance dates and times are not specified in the calendar; consult the host.</w:t>
      </w:r>
    </w:p>
    <w:p>
      <w:pPr>
        <w:pStyle w:val="Heading1"/>
      </w:pPr>
      <w:r>
        <w:t>Rocking Rooster Square Dance Club</w:t>
      </w:r>
    </w:p>
    <w:p>
      <w:pPr>
        <w:keepNext/>
      </w:pPr>
      <w:hyperlink r:id="rId18">
        <w:r>
          <w:rPr>
            <w:u w:val="single"/>
          </w:rPr>
          <w:t>Rocking Rooster Square Dance Club — event information</w:t>
        </w:r>
      </w:hyperlink>
    </w:p>
    <w:p>
      <w:pPr>
        <w:keepLines/>
      </w:pPr>
      <w:r>
        <w:t>September 15: Introductory Square Dance Lessons at United Church of Christ in Southbury. Time not provided.</w:t>
      </w:r>
    </w:p>
    <w:p>
      <w:pPr>
        <w:keepLines/>
      </w:pPr>
      <w:r>
        <w:t>September 22: Introductory Square Dance Lessons at United Church of Christ in Southbury. Time not provided.</w:t>
      </w:r>
    </w:p>
    <w:p>
      <w:pPr>
        <w:pStyle w:val="Heading1"/>
      </w:pPr>
      <w:r>
        <w:t>Senor Panchos</w:t>
      </w:r>
    </w:p>
    <w:p>
      <w:pPr>
        <w:keepNext/>
      </w:pPr>
      <w:hyperlink r:id="rId19">
        <w:r>
          <w:rPr>
            <w:u w:val="single"/>
          </w:rPr>
          <w:t>Senor Panchos — event information</w:t>
        </w:r>
      </w:hyperlink>
    </w:p>
    <w:p>
      <w:pPr>
        <w:keepLines/>
      </w:pPr>
      <w:r>
        <w:t>September 5: Daniel Sawyer. 6:00 to 9:00 p.m.</w:t>
      </w:r>
    </w:p>
    <w:p>
      <w:pPr>
        <w:keepLines/>
      </w:pPr>
      <w:r>
        <w:t>September 19: Exit 9. 6:00 to 9:00 p.m.</w:t>
      </w:r>
    </w:p>
    <w:p>
      <w:pPr>
        <w:pStyle w:val="Heading1"/>
      </w:pPr>
      <w:r>
        <w:t>South Britain Congregational Church</w:t>
      </w:r>
    </w:p>
    <w:p>
      <w:pPr>
        <w:keepNext/>
      </w:pPr>
      <w:hyperlink r:id="rId20">
        <w:r>
          <w:rPr>
            <w:u w:val="single"/>
          </w:rPr>
          <w:t>South Britain Congregational Church — event information</w:t>
        </w:r>
      </w:hyperlink>
    </w:p>
    <w:p>
      <w:pPr>
        <w:keepLines/>
      </w:pPr>
      <w:r>
        <w:t>September 26: Apple Festival. 10:00 a.m. to 3:00 p.m.</w:t>
      </w:r>
    </w:p>
    <w:p>
      <w:pPr>
        <w:pStyle w:val="Heading1"/>
      </w:pPr>
      <w:r>
        <w:t>Southbury Arts and Culture Alliance</w:t>
      </w:r>
    </w:p>
    <w:p>
      <w:pPr>
        <w:keepNext/>
      </w:pPr>
      <w:hyperlink r:id="rId21">
        <w:r>
          <w:rPr>
            <w:u w:val="single"/>
          </w:rPr>
          <w:t>Southbury Arts and Culture Alliance — event information</w:t>
        </w:r>
      </w:hyperlink>
    </w:p>
    <w:p>
      <w:pPr>
        <w:keepLines/>
      </w:pPr>
      <w:r>
        <w:t>Ongoing: Art Supply Donation Collection at Southbury Parks and Recreation, The Cottage at Main, and Vicinanza Studios.</w:t>
      </w:r>
    </w:p>
    <w:p>
      <w:pPr>
        <w:keepLines/>
      </w:pPr>
      <w:r>
        <w:t>Nominations open: Third annual Artist of the Year Award. Nominate someone or yourself by October 15, 2026.</w:t>
      </w:r>
    </w:p>
    <w:p>
      <w:pPr>
        <w:keepLines/>
      </w:pPr>
      <w:r>
        <w:t>Call for artists: Submissions for the 2027 calendar and notecards are due September 15, 2026.</w:t>
      </w:r>
    </w:p>
    <w:p>
      <w:pPr>
        <w:keepLines/>
      </w:pPr>
      <w:r>
        <w:t>September 19: Community Chalk Walk at Town Hall. 10:00 a.m. to 2:00 p.m.</w:t>
      </w:r>
    </w:p>
    <w:p>
      <w:pPr>
        <w:keepLines/>
      </w:pPr>
      <w:r>
        <w:t>September 24: Community Spark Exchange: “The Business of Art” at Southbury Public Library. 7:00 to 8:30 p.m.</w:t>
      </w:r>
    </w:p>
    <w:p>
      <w:pPr>
        <w:pStyle w:val="Heading1"/>
      </w:pPr>
      <w:r>
        <w:t>Southbury Parks and Recreation, Town of Southbury, and Southbury Training School</w:t>
      </w:r>
    </w:p>
    <w:p>
      <w:pPr>
        <w:keepLines/>
      </w:pPr>
      <w:r>
        <w:t>September 26: Southbury Celebration. 4:00 to 9:00 p.m.</w:t>
      </w:r>
    </w:p>
    <w:p>
      <w:pPr>
        <w:pStyle w:val="Heading1"/>
      </w:pPr>
      <w:r>
        <w:t>Southbury Public Library</w:t>
      </w:r>
    </w:p>
    <w:p>
      <w:pPr>
        <w:keepNext/>
      </w:pPr>
      <w:hyperlink r:id="rId22">
        <w:r>
          <w:rPr>
            <w:u w:val="single"/>
          </w:rPr>
          <w:t>Southbury Public Library — event information</w:t>
        </w:r>
      </w:hyperlink>
    </w:p>
    <w:p>
      <w:pPr>
        <w:keepLines/>
      </w:pPr>
      <w:r>
        <w:t>StoryWalk: Cat’s Colors. The source calendar lists this as ongoing “until 8/21” (August 21). Please confirm the date with the library.</w:t>
      </w:r>
    </w:p>
    <w:p>
      <w:pPr>
        <w:keepLines/>
      </w:pPr>
      <w:r>
        <w:t>Mondays: Drop-in Storytime. 10:30 to 11:00 a.m.</w:t>
      </w:r>
    </w:p>
    <w:p>
      <w:pPr>
        <w:keepLines/>
      </w:pPr>
      <w:r>
        <w:t>Thursdays: Tunes &amp; Tales. 10:30 to 11:30 a.m.</w:t>
      </w:r>
    </w:p>
    <w:p>
      <w:pPr>
        <w:keepLines/>
      </w:pPr>
      <w:r>
        <w:t>Tuesdays: Babies &amp; Books. 10:30 to 11:30 a.m.</w:t>
      </w:r>
    </w:p>
    <w:p>
      <w:pPr>
        <w:keepLines/>
      </w:pPr>
      <w:r>
        <w:t>Mondays: Take or Make Craft. All day.</w:t>
      </w:r>
    </w:p>
    <w:p>
      <w:pPr>
        <w:keepLines/>
      </w:pPr>
      <w:r>
        <w:t>September 1: Teen Crochet Club. 6:30 to 7:30 p.m.</w:t>
      </w:r>
    </w:p>
    <w:p>
      <w:pPr>
        <w:keepLines/>
      </w:pPr>
      <w:r>
        <w:t>September 2: Lamar Peters Performs Dean Martin. 7:00 to 8:30 p.m.</w:t>
      </w:r>
    </w:p>
    <w:p>
      <w:pPr>
        <w:keepLines/>
      </w:pPr>
      <w:r>
        <w:t>September 4: Yoga for Kids, ages 2 to 5. 10:00 to 10:45 a.m.</w:t>
      </w:r>
    </w:p>
    <w:p>
      <w:pPr>
        <w:keepLines/>
      </w:pPr>
      <w:r>
        <w:t>September 8: Arts &amp; Crafts Club. 1:00 to 2:30 p.m.</w:t>
      </w:r>
    </w:p>
    <w:p>
      <w:pPr>
        <w:keepLines/>
      </w:pPr>
      <w:r>
        <w:t>September 9: Nonfiction Book Club. 10:00 to 11:00 a.m.</w:t>
      </w:r>
    </w:p>
    <w:p>
      <w:pPr>
        <w:keepLines/>
      </w:pPr>
      <w:r>
        <w:t>September 9: Wednesday at the Movies — Rule Breakers. 1:00 to 3:00 p.m.</w:t>
      </w:r>
    </w:p>
    <w:p>
      <w:pPr>
        <w:keepLines/>
      </w:pPr>
      <w:r>
        <w:t>September 10: Mary Lincoln: Wife, Mother, First Lady. In person. 2:00 to 3:30 p.m.</w:t>
      </w:r>
    </w:p>
    <w:p>
      <w:pPr>
        <w:keepLines/>
      </w:pPr>
      <w:r>
        <w:t>September 10: Book Bedazzling. 6:00 to 7:00 p.m.</w:t>
      </w:r>
    </w:p>
    <w:p>
      <w:pPr>
        <w:keepLines/>
      </w:pPr>
      <w:r>
        <w:t>September 14: Mystery Book Club. 3:00 to 4:00 p.m.</w:t>
      </w:r>
    </w:p>
    <w:p>
      <w:pPr>
        <w:keepLines/>
      </w:pPr>
      <w:r>
        <w:t>September 15: The Rochambeau Trail in Connecticut. 2:00 to 3:00 p.m.</w:t>
      </w:r>
    </w:p>
    <w:p>
      <w:pPr>
        <w:keepLines/>
      </w:pPr>
      <w:r>
        <w:t>September 15: ARTuesday. 5:00 to 6:00 p.m.</w:t>
      </w:r>
    </w:p>
    <w:p>
      <w:pPr>
        <w:keepLines/>
      </w:pPr>
      <w:r>
        <w:t>September 15: Family Giant Games Night. 6:00 to 7:00 p.m.</w:t>
      </w:r>
    </w:p>
    <w:p>
      <w:pPr>
        <w:keepLines/>
      </w:pPr>
      <w:r>
        <w:t>September 15: 250th Anniversary of American Beer. 6:30 to 7:30 p.m.</w:t>
      </w:r>
    </w:p>
    <w:p>
      <w:pPr>
        <w:keepLines/>
      </w:pPr>
      <w:r>
        <w:t>September 15: Teen Crochet Club. 6:30 to 7:30 p.m.</w:t>
      </w:r>
    </w:p>
    <w:p>
      <w:pPr>
        <w:keepLines/>
      </w:pPr>
      <w:r>
        <w:t>September 16: Wednesday at the Movies — KPops! 1:00 to 3:00 p.m.</w:t>
      </w:r>
    </w:p>
    <w:p>
      <w:pPr>
        <w:keepLines/>
      </w:pPr>
      <w:r>
        <w:t>September 16: Talking about Death: A Community Conversation. 3:00 to 4:30 p.m.</w:t>
      </w:r>
    </w:p>
    <w:p>
      <w:pPr>
        <w:keepLines/>
      </w:pPr>
      <w:r>
        <w:t>September 17: From Carson to Oprah to Stephen Colbert: A History of the TV Talk Show. In person. 2:00 to 3:30 p.m.</w:t>
      </w:r>
    </w:p>
    <w:p>
      <w:pPr>
        <w:keepLines/>
      </w:pPr>
      <w:r>
        <w:t>September 17: Letter Writing Social. 6:00 to 7:30 p.m.</w:t>
      </w:r>
    </w:p>
    <w:p>
      <w:pPr>
        <w:keepLines/>
      </w:pPr>
      <w:r>
        <w:t>September 19: Kim Shipe Author Talk. 1:00 to 2:30 p.m.</w:t>
      </w:r>
    </w:p>
    <w:p>
      <w:pPr>
        <w:keepLines/>
      </w:pPr>
      <w:r>
        <w:t>September 20: Poetry Open Mic. 3:30 to 4:30 p.m.</w:t>
      </w:r>
    </w:p>
    <w:p>
      <w:pPr>
        <w:keepLines/>
      </w:pPr>
      <w:r>
        <w:t>September 22: Arts &amp; Crafts Club. 1:00 to 2:30 p.m.</w:t>
      </w:r>
    </w:p>
    <w:p>
      <w:pPr>
        <w:keepLines/>
      </w:pPr>
      <w:r>
        <w:t>September 22: What is Your Cat Trying to Tell You? 2:00 to 3:30 p.m.</w:t>
      </w:r>
    </w:p>
    <w:p>
      <w:pPr>
        <w:keepLines/>
      </w:pPr>
      <w:r>
        <w:t>September 22: LEGO Club. 4:30 to 5:30 p.m.</w:t>
      </w:r>
    </w:p>
    <w:p>
      <w:pPr>
        <w:keepLines/>
      </w:pPr>
      <w:r>
        <w:t>September 22: Tuesday Night Fiction Book Club. 6:30 to 7:30 p.m.</w:t>
      </w:r>
    </w:p>
    <w:p>
      <w:pPr>
        <w:keepLines/>
      </w:pPr>
      <w:r>
        <w:t>September 23: Young Artists. 10:30 to 11:30 a.m.</w:t>
      </w:r>
    </w:p>
    <w:p>
      <w:pPr>
        <w:keepLines/>
      </w:pPr>
      <w:r>
        <w:t>September 23: Wednesday at the Movies — Reminders of Him. 1:00 to 3:00 p.m.</w:t>
      </w:r>
    </w:p>
    <w:p>
      <w:pPr>
        <w:keepLines/>
      </w:pPr>
      <w:r>
        <w:t>September 24: Slide Party. 6:00 to 7:15 p.m.</w:t>
      </w:r>
    </w:p>
    <w:p>
      <w:pPr>
        <w:keepLines/>
      </w:pPr>
      <w:r>
        <w:t>September 24: Behind the Work: The Business of Art. 7:00 to 8:30 p.m.</w:t>
      </w:r>
    </w:p>
    <w:p>
      <w:pPr>
        <w:keepLines/>
      </w:pPr>
      <w:r>
        <w:t>September 25: The Derek Piotr Fieldwork Archive. 2:00 to 3:00 p.m.</w:t>
      </w:r>
    </w:p>
    <w:p>
      <w:pPr>
        <w:keepLines/>
      </w:pPr>
      <w:r>
        <w:t>September 25: Family Trivia Night. 6:30 to 8:00 p.m.</w:t>
      </w:r>
    </w:p>
    <w:p>
      <w:pPr>
        <w:keepLines/>
      </w:pPr>
      <w:r>
        <w:t>September 26: Sourdough Workshop. 1:00 to 2:30 p.m.</w:t>
      </w:r>
    </w:p>
    <w:p>
      <w:pPr>
        <w:keepLines/>
      </w:pPr>
      <w:r>
        <w:t>September 28: Adult Coloring Club. 2:00 to 3:30 p.m.</w:t>
      </w:r>
    </w:p>
    <w:p>
      <w:pPr>
        <w:keepLines/>
      </w:pPr>
      <w:r>
        <w:t>September 29: Norman Rockwell: Painting America’s Stories. In person. 2:00 to 3:00 p.m.</w:t>
      </w:r>
    </w:p>
    <w:p>
      <w:pPr>
        <w:keepLines/>
      </w:pPr>
      <w:r>
        <w:t>September 30: Wednesday at the Movies — Michael. 1:00 to 3:00 p.m.</w:t>
      </w:r>
    </w:p>
    <w:p>
      <w:pPr>
        <w:pStyle w:val="Heading1"/>
      </w:pPr>
      <w:r>
        <w:t>Sunnyfield Studio</w:t>
      </w:r>
    </w:p>
    <w:p>
      <w:pPr>
        <w:keepLines/>
      </w:pPr>
      <w:r>
        <w:t>Children’s and adult classes: theater, art, dance, Take to Make Art Bags, yoga dance, and more. Sign up for fall sessions.</w:t>
      </w:r>
    </w:p>
    <w:p>
      <w:pPr>
        <w:pStyle w:val="Heading1"/>
      </w:pPr>
      <w:r>
        <w:t>Vicinanza Studios &amp; Gallery</w:t>
      </w:r>
    </w:p>
    <w:p>
      <w:pPr>
        <w:keepNext/>
      </w:pPr>
      <w:hyperlink r:id="rId23">
        <w:r>
          <w:rPr>
            <w:u w:val="single"/>
          </w:rPr>
          <w:t>Vicinanza Studios &amp; Gallery — event information</w:t>
        </w:r>
      </w:hyperlink>
    </w:p>
    <w:p>
      <w:pPr>
        <w:keepLines/>
      </w:pPr>
      <w:r>
        <w:t>September 1 through 30: Ongoing exhibit — Robert Ferrucci, “Whimsy.”</w:t>
      </w:r>
    </w:p>
    <w:p>
      <w:pPr>
        <w:keepLines/>
      </w:pPr>
      <w:r>
        <w:t>September 6: Drop-in Sunday Morning Writing. 10:00 to 11:30 a.m.</w:t>
      </w:r>
    </w:p>
    <w:p>
      <w:pPr>
        <w:keepLines/>
      </w:pPr>
      <w:r>
        <w:t>September 8: Writing Through Grief. 6:00 to 7:30 p.m.</w:t>
      </w:r>
    </w:p>
    <w:p>
      <w:pPr>
        <w:keepLines/>
      </w:pPr>
      <w:r>
        <w:t>September 10: Artist Reception — Robert Ferrucci, “Whimsical.” 6:00 to 7:00 p.m.</w:t>
      </w:r>
    </w:p>
    <w:p>
      <w:pPr>
        <w:keepLines/>
      </w:pPr>
      <w:r>
        <w:t>September 12: Play reading — My Dearest Friend: The Letters of Abigail and John Adams. 2:00 to 3:30 p.m.</w:t>
      </w:r>
    </w:p>
    <w:p>
      <w:pPr>
        <w:keepLines/>
      </w:pPr>
      <w:r>
        <w:t>September 13: Second Sunday Poetry and Music. 4:00 to 6:00 p.m.</w:t>
      </w:r>
    </w:p>
    <w:p>
      <w:pPr>
        <w:keepLines/>
      </w:pPr>
      <w:r>
        <w:t>September 15: Watercolor Series with Sandra. 1:00 to 4:00 p.m.</w:t>
      </w:r>
    </w:p>
    <w:p>
      <w:pPr>
        <w:keepLines/>
      </w:pPr>
      <w:r>
        <w:t>September 18: Paint and Sip with Faith Vicinanza. 6:00 to 7:30 p.m.</w:t>
      </w:r>
    </w:p>
    <w:p>
      <w:pPr>
        <w:keepLines/>
      </w:pPr>
      <w:r>
        <w:t>September 19: Song Making Workshop. 10:00 a.m. to 1:00 p.m.</w:t>
      </w:r>
    </w:p>
    <w:p>
      <w:pPr>
        <w:keepLines/>
      </w:pPr>
      <w:r>
        <w:t>September 20: Drop-in Sunday Morning Writing. 10:00 to 11:30 a.m.</w:t>
      </w:r>
    </w:p>
    <w:p>
      <w:pPr>
        <w:keepLines/>
      </w:pPr>
      <w:r>
        <w:t>September 22: Watercolor Series with Sandra. 1:00 to 4:00 p.m.</w:t>
      </w:r>
    </w:p>
    <w:p>
      <w:pPr>
        <w:keepLines/>
      </w:pPr>
      <w:r>
        <w:t>September 22: Writing Through Grief. 6:00 to 7:30 p.m.</w:t>
      </w:r>
    </w:p>
    <w:p>
      <w:pPr>
        <w:keepLines/>
      </w:pPr>
      <w:r>
        <w:t>September 24: Karaoke at the Gallery. 6:00 to 9:00 p.m.</w:t>
      </w:r>
    </w:p>
    <w:p>
      <w:pPr>
        <w:keepLines/>
      </w:pPr>
      <w:r>
        <w:t>September 26: Writing Craft &amp; Critique with Irene Sherlock. 10:00 a.m. to noon.</w:t>
      </w:r>
    </w:p>
    <w:p>
      <w:pPr>
        <w:keepLines/>
      </w:pPr>
      <w:r>
        <w:t>September 27: So You Want to Write a Children’s Book. 4:00 to 6:00 p.m.</w:t>
      </w:r>
    </w:p>
    <w:p>
      <w:pPr>
        <w:keepLines/>
      </w:pPr>
      <w:r>
        <w:t>September 29: Watercolor Series with Sandra. 1:00 to 4:00 p.m.</w:t>
      </w:r>
    </w:p>
    <w:p>
      <w:pPr>
        <w:pStyle w:val="Heading1"/>
      </w:pPr>
      <w:r>
        <w:t>Art in Focus</w:t>
      </w:r>
    </w:p>
    <w:p>
      <w:pPr>
        <w:keepLines/>
      </w:pPr>
      <w:r>
        <w:t>Through Art in Focus, we’re now sharing snapshots of arts and culture captured by SACA and our friends across the community. See something artsy happening around town? Snap a picture and send us the details at info@southburyartsandculturealliance.org.</w:t>
      </w:r>
    </w:p>
    <w:p>
      <w:pPr>
        <w:pStyle w:val="Heading1"/>
      </w:pPr>
      <w:r>
        <w:t>Submit an event</w:t>
      </w:r>
    </w:p>
    <w:p>
      <w:pPr>
        <w:keepLines/>
      </w:pPr>
      <w:r>
        <w:t>Do you have an event you’d like us to include in our next calendar? We would love to hear from you! Send details to info@southburyartsandculturealliance.org or visit www.southburyartsandculturealliance.org.</w:t>
      </w:r>
    </w:p>
    <w:sectPr w:rsidR="00FC693F" w:rsidRPr="0006063C" w:rsidSect="00034616">
      <w:footerReference w:type="default" r:id="rId2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20"/>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300" w:lineRule="auto"/>
    </w:pPr>
    <w:rPr>
      <w:rFonts w:ascii="Arial" w:hAnsi="Arial"/>
      <w:color w:val="000000"/>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60" w:after="200" w:line="300"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40" w:line="300"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00" w:line="300" w:lineRule="auto"/>
      <w:outlineLvl w:val="2"/>
    </w:pPr>
    <w:rPr>
      <w:rFonts w:asciiTheme="majorHAnsi" w:eastAsiaTheme="majorEastAsia" w:hAnsiTheme="majorHAnsi" w:cstheme="majorBidi"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60" w:line="300" w:lineRule="auto" w:before="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200" w:line="300" w:lineRule="auto"/>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info@southburyartsandculturealliance.org" TargetMode="External"/><Relationship Id="rId10" Type="http://schemas.openxmlformats.org/officeDocument/2006/relationships/hyperlink" Target="https://www.facebook.com/events/586-main-st-s-southbury-ct/hal-and-dave-alive-and-pickin/1051734950734817/" TargetMode="External"/><Relationship Id="rId11" Type="http://schemas.openxmlformats.org/officeDocument/2006/relationships/hyperlink" Target="https://stores.barnesandnoble.com/store/3516" TargetMode="External"/><Relationship Id="rId12" Type="http://schemas.openxmlformats.org/officeDocument/2006/relationships/hyperlink" Target="https://brunchhouse1850.com/" TargetMode="External"/><Relationship Id="rId13" Type="http://schemas.openxmlformats.org/officeDocument/2006/relationships/hyperlink" Target="https://www.southbury-ct.org/events-feed/?FeedID=10628" TargetMode="External"/><Relationship Id="rId14" Type="http://schemas.openxmlformats.org/officeDocument/2006/relationships/hyperlink" Target="https://cottageatmain.com/classes/adult-instruction/" TargetMode="External"/><Relationship Id="rId15" Type="http://schemas.openxmlformats.org/officeDocument/2006/relationships/hyperlink" Target="https://ggtango.com/#classes" TargetMode="External"/><Relationship Id="rId16" Type="http://schemas.openxmlformats.org/officeDocument/2006/relationships/hyperlink" Target="https://www.heritagesouthbury.com/events" TargetMode="External"/><Relationship Id="rId17" Type="http://schemas.openxmlformats.org/officeDocument/2006/relationships/hyperlink" Target="https://thepressboxtheater.com/" TargetMode="External"/><Relationship Id="rId18" Type="http://schemas.openxmlformats.org/officeDocument/2006/relationships/hyperlink" Target="https://www.southbury-ct.org/events-feed/?FeedID=10692" TargetMode="External"/><Relationship Id="rId19" Type="http://schemas.openxmlformats.org/officeDocument/2006/relationships/hyperlink" Target="https://southburysenorpanchos.com/bands" TargetMode="External"/><Relationship Id="rId20" Type="http://schemas.openxmlformats.org/officeDocument/2006/relationships/hyperlink" Target="https://www.southbury-ct.org/events-feed/?FeedID=10627" TargetMode="External"/><Relationship Id="rId21" Type="http://schemas.openxmlformats.org/officeDocument/2006/relationships/hyperlink" Target="https://www.southburyartsandculturealliance.org/events" TargetMode="External"/><Relationship Id="rId22" Type="http://schemas.openxmlformats.org/officeDocument/2006/relationships/hyperlink" Target="https://www.southburylibrary.org/events/month" TargetMode="External"/><Relationship Id="rId23" Type="http://schemas.openxmlformats.org/officeDocument/2006/relationships/hyperlink" Target="https://vicinanza-studios.com/"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Southbury Arts and Culture Calendar — September 2026</dc:title>
  <dc:subject>Text version of the September 2026 community calendar</dc:subject>
  <dc:creator>Southbury Arts and Culture Alliance</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